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ערכת סיום שנה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פעילויות הסיכום והפרידה של סוף השנה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נתונים מתוך תוכן הערכה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אישית של סיכום והוקרה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הנתונים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20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המחנכת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חודשי השנה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לכיתה הצעירה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שאף אחד לא נשאר בלי תעודה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זה הפוך: על העלה כותבים מה שלמדו ועל הפרח מה שהם גאים 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המעטפות נסגרו בתחילת השנה ונפתחות בסיומה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הפעילות מתאימה לכל השכבות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מסע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נסות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חופשה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פרחים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פעילות לתיאור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(קוראים פתק מתחילת השנה וכותבים משאלה חדשה)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(כל קבוצה מציגה רגע מהחודש שלה כתמונה קפואה)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(מדביקים עלים ופרחים על עץ כיתתי)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(כותבים פתקים טובים לחברים ומכניסים לשקיות)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(כותבים מה למדו על עצמם, על חברים ועל העולם)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טקס התעודות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המחנכת מכינה תעודה אישית לכל תלמיד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קוראים לכל אחד בתורו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מקריאים את התעודה ומוחאים כפיים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מוסיפים משפט אישי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מצטלמים יחד בסוף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חם ואישי שמתאר תכונה טובה של החבר, בהשראת סגנון התעודות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משאלה אישית וקצרה הקשורה ללימודים, לחברים או לצמיחה אישית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פעילות עם תיאור מדויק מהדף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20 תעודות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תודה, אהבה ואיחול לעתיד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לקיים חלק מהפעילויות בפועל אחרי הדף, כמו טקס תעודות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שיתוף רק למי שרוצה, בלי לחץ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את חלק הכתיבה האישית לאופי הכיתה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ערכת סיום שנה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את התכנים שמופיעים בערכת סיום השנה – הפעילויות, תעודות ההוקרה ומכתב הפרידה.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הנתונים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תעודות הוקרה מופיעות בערכה?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כותב את מכתב הפרידה בערכה?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המחנכת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מנהל 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תלמיד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בפעילות 'סרט השנה שלנו' מתחלקים לקבוצות לפי: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חודשי השנה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מקצועות לימוד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שמות פרטיים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בפעילות 'מזוודה לשנה הבאה', למי מוסרים את המזוודה בסוף?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לכיתה הצעירה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למחנכת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לספרייה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תלמיד ותלמידה מקבלים תעודת הוקרה אחת לפחות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בפעילות 'עץ הצמיחה' כותבים על הפרח דבר שלמדו ועל העלה דבר שגאים בו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ה'מכתבים לעצמי' נכתבו בתחילת השנה ונקראים שוב בסופה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פעילות 'קיר המילים הטובות' מיועדת רק לתלמידי תיכון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במכתב הפרידה כתוב שהשנה הזאת הייתה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המחנכת מודה לתלמידים על הסקרנות, החברות והאומץ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בסוף המכתב המחנכת מאחלת לתלמידים __________ נעימה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בפעילות עץ הצמיחה מדביקים עלים ו__________ על עץ כיתתי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פעילות לתיאור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צנצנת המשאלות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כל קבוצה מציגה רגע מהחודש שלה כתמונה קפואה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סרט השנה שלנו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מדביקים עלים ופרחים על עץ כיתתי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עץ הצמיחה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כותבים פתקים טובים לחברים ומכניסים לשקיות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קיר המילים הטובות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כותבים מה למדו על עצמם, על חברים ועל העולם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מה למדתי מכם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קוראים פתק מתחילת השנה וכותבים משאלה חדשה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טקס התעודות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לכל אחד בתורו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מצטלמים יחד בסוף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המחנכת מכינה תעודה אישית לכל תלמיד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מקריאים את התעודה ומוחאים כפיים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מוסיפים משפט אישי קצר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תעודת הוקרה קצרה לחבר או חברה לכיתה, בדומה לתעודות שבערכה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משאלה לשנה הבאה, כמו בפעילות צנצנת המשאלות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פעילות אחת מערכת הסיום ותיאור קצר שלה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תעודות הוקרה יש בערכה?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כתבה המחנכת במכתב הפרידה שלה?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ערכת סיום שנה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