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סיום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פעילויות הסיכום והפרידה של סוף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נתונים מתוך תוכן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של סיכום והוקרה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המחנכת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חודשי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לכיתה הצעירה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שאף אחד לא נשאר בלי תעודה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הפוך: על העלה כותבים מה שלמדו ועל הפרח מה שהם גאים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המעטפות נסגרו בתחילת השנה ונפתחות בסיומה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הפעילות מתאימה לכל השכבות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(קוראים פתק מתחילת השנה וכותבים משאלה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קבוצה מציגה רגע מהחודש שלה כתמונה קפואה)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(מדביקים עלים ופרחים על עץ כיתתי)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פתקים טובים לחברים ומכניסים לשקיות)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(כותבים מה למדו על עצמם, על חברים ועל העולם)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טקס התעודות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המחנכת מכינה תעודה אישית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לכל אחד בתורו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מקריאים את התעודה ומוחאים כפיים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משפט אישי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מצטלמים יחד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חם ואישי שמתאר תכונה טובה של החבר, בהשראת סגנון התעודות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 אישית וקצרה הקשורה ללימודים, לחברים או לצמיחה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עם תיאור מדויק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תעודות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תודה, אהבה ואיחול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חלק מהפעילויות בפועל אחרי הדף, כמו טקס תעודות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רק למי שרוצה,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חלק הכתיבה האישית לאופי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סיום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הפעילויות של סוף השנה, על תעודות ההוקרה ועל מכתב הפרידה.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או דף שכתוב בו משהו טוב על תלמיד או תלמידה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שחוזרת כל שנה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תמונה קפואה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כשקבוצה עומדת בלי לזוז כדי להראות רגע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יחד על מה שקרה במהלך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של סיום ומעבר לדבר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התקדמות ושינוי לטובה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בקול רם מול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תעודות יש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מתחלקים בפעילות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מקצועות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פרטיים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נותנים את המזוודה?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לכיתה הצעירה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ותלמידה מקבלים תעודת הוקרה אחת לפחות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'עץ הצמיחה' כותבים על הפרח דבר שלמדו ועל העלה דבר שגאים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ה'מכתבים לעצמי' נכתבו בתחילת השנה ונקראים שוב בסופה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'קיר המילים הטובות' מיועדת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במכתב הפרידה כתוב שהשנה הזאת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המחנכת מודה לתלמידים על הסקרנות, החברות והאומץ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המכתב המחנכת מאחלת לתלמידים __________ נעימה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בפעילות עץ הצמיחה מדביקים עלים ו__________ על עץ 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צנצנת המשאלות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מדביקים עלים ופרחים על עץ כיתתי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סרט השנה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קוראים פתק מתחילת השנה וכותבים משאלה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הצמיחה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פתקים טובים לחברים ומכניסים לשקיות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קיר המילים הטובות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כותבים מה למדו על עצמם, על חברים ועל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למדתי מכם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קבוצה מציגה רגע מהחודש שלה כתמונה קפואה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טקס התעודות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מקריאים את התעודה ומוחאים כפיים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משפט אישי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מצטלמים יחד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לכל אחד בתורו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המחנכת מכינה תעודה אישית לכל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תעודת הוקרה קצרה לחבר או חברה לכיתה, בדומה לתעודות שבערכה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משאלה לשנה הבאה, כמו בפעילות צנצנת המשאלות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פעילות אחת מערכת הסיום ותיאור קצר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תעודות הוקרה יש בערכה?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כתבה המחנכת במכתב הפרידה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סיום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