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סיום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פעילויות הסיכום והפרידה של סוף השנה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נתונים מתוך תוכן הערכה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של סיכום והוקרה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המחנכת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שאף אחד לא נשאר בלי תעודה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הפוך: על העלה כותבים מה שלמדו ועל הפרח מה שהם גאים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(קוראים פתק מתחילת השנה וכותבים משאלה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 קבוצה מציגה רגע מהחודש שלה כתמונה קפואה)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(מדביקים עלים ופרחים על עץ כיתתי)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(כותבים פתקים טובים לחברים ומכניסים לשקיות)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טקס התעודות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המחנכת מכינה תעודה אישית לכל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לכל אחד בתורו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מקריאים את התעודה ומוחאים כפיים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משפט אישי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חם ואישי שמתאר תכונה טובה של החבר, בהשראת סגנון התעודות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משאלה אישית וקצרה הקשורה ללימודים, לחברים או לצמיחה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פעילות עם תיאור מדויק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תעודות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תודה, אהבה ואיחול לעתיד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חלק מהפעילויות בפועל אחרי הדף, כמו טקס תעודות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רק למי שרוצה,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חלק הכתיבה האישית לאופי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סיום שנה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התכנים שמופיעים בערכת סיום השנה – הפעילויות, תעודות ההוקרה ומכתב הפרידה.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מסע  ·  נסות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תעודות הוקרה מופיעות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כותב את מכתב הפרידה בערכה?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המחנכת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מנהל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תלמיד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תלמיד ותלמידה מקבלים תעודת הוקרה אחת לפחות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בפעילות 'עץ הצמיחה' כותבים על הפרח דבר שלמדו ועל העלה דבר שגאים 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במכתב הפרידה כתוב שהשנה הזאת הייתה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המחנכת מודה לתלמידים על הסקרנות, החברות והאומץ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פעילות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צנצנת המשאלות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 קבוצה מציגה רגע מהחודש שלה כתמונה קפואה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סרט השנה שלנו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מדביקים עלים ופרחים על עץ כיתתי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עץ הצמיחה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כותבים פתקים טובים לחברים ומכניסים לשקיות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קיר המילים הטובות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קוראים פתק מתחילת השנה וכותבים משאלה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טקס התעודות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לכל אחד בתורו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המחנכת מכינה תעודה אישית לכל תלמיד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משפט אישי קצר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מקריאים את התעודה ומוחאים כפיים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תעודת הוקרה קצרה לחבר או חברה לכיתה, בדומה לתעודות שבערכה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משאלה לשנה הבאה, כמו בפעילות צנצנת המשאלות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שם פעילות אחת מערכת הסיום ותיאור קצר שלה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תעודות הוקרה יש בערכה?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סיום שנה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